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91CE9" w14:textId="77777777" w:rsidR="00F101FF" w:rsidRDefault="00000000">
      <w:pPr>
        <w:jc w:val="center"/>
      </w:pPr>
      <w:r>
        <w:rPr>
          <w:b/>
        </w:rPr>
        <w:t>T.C.</w:t>
      </w:r>
      <w:r>
        <w:rPr>
          <w:b/>
        </w:rPr>
        <w:br/>
        <w:t>AFYON KOCATEPE ÜNİVERSİTESİ</w:t>
      </w:r>
      <w:r>
        <w:rPr>
          <w:b/>
        </w:rPr>
        <w:br/>
        <w:t>Sağlık Bilimleri Fakültesi Dekanlığına</w:t>
      </w:r>
    </w:p>
    <w:p w14:paraId="6886FB45" w14:textId="77777777" w:rsidR="00F101FF" w:rsidRDefault="00F101FF"/>
    <w:p w14:paraId="1D62842C" w14:textId="77777777" w:rsidR="00F101FF" w:rsidRDefault="00000000">
      <w:r>
        <w:rPr>
          <w:b/>
        </w:rPr>
        <w:t>Konu: Öğretmenlik Uygulaması Başvurusu</w:t>
      </w:r>
    </w:p>
    <w:p w14:paraId="67755A5B" w14:textId="3A307E3E" w:rsidR="00F101FF" w:rsidRDefault="00000000" w:rsidP="00DE7714">
      <w:pPr>
        <w:jc w:val="both"/>
      </w:pPr>
      <w:r>
        <w:t xml:space="preserve">Fakülteniz 2026-2027 Akademik </w:t>
      </w:r>
      <w:proofErr w:type="spellStart"/>
      <w:r>
        <w:t>Yılı</w:t>
      </w:r>
      <w:proofErr w:type="spellEnd"/>
      <w:r>
        <w:t xml:space="preserve"> </w:t>
      </w:r>
      <w:proofErr w:type="spellStart"/>
      <w:r w:rsidR="00DE7714">
        <w:t>Güz</w:t>
      </w:r>
      <w:proofErr w:type="spellEnd"/>
      <w:r w:rsidR="00DE7714">
        <w:t xml:space="preserve"> </w:t>
      </w:r>
      <w:proofErr w:type="spellStart"/>
      <w:r w:rsidR="00DE7714">
        <w:t>Dönemi</w:t>
      </w:r>
      <w:proofErr w:type="spellEnd"/>
      <w:r w:rsidR="00DE7714">
        <w:t xml:space="preserve"> </w:t>
      </w:r>
      <w:proofErr w:type="spellStart"/>
      <w:r>
        <w:t>Öğretmenlik</w:t>
      </w:r>
      <w:proofErr w:type="spellEnd"/>
      <w:r>
        <w:t xml:space="preserve"> Uygulaması </w:t>
      </w:r>
      <w:proofErr w:type="spellStart"/>
      <w:r>
        <w:t>kapsamında</w:t>
      </w:r>
      <w:proofErr w:type="spellEnd"/>
      <w:r>
        <w:t xml:space="preserve">,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başvuru</w:t>
      </w:r>
      <w:proofErr w:type="spellEnd"/>
      <w:r>
        <w:t xml:space="preserve"> şartlarını sağlamış bulunmaktayım. Öğretmenlik uygulamasına başvurumun değerlendirilerek gerekli işlemlerin yapılmasını arz ederim.</w:t>
      </w:r>
      <w:r>
        <w:br/>
      </w:r>
      <w:r>
        <w:br/>
      </w:r>
    </w:p>
    <w:p w14:paraId="1C18551D" w14:textId="77777777" w:rsidR="00F101FF" w:rsidRDefault="00F101FF"/>
    <w:p w14:paraId="6C85FD45" w14:textId="775B0B60" w:rsidR="00F101FF" w:rsidRDefault="00CD61ED">
      <w:r>
        <w:t xml:space="preserve">                                                                                                    Tarih: ……/……/2026</w:t>
      </w:r>
    </w:p>
    <w:p w14:paraId="6B5221B2" w14:textId="1F9E019E" w:rsidR="00F101FF" w:rsidRDefault="00CD61ED">
      <w:r>
        <w:t xml:space="preserve">                                                                                                                       </w:t>
      </w:r>
      <w:proofErr w:type="spellStart"/>
      <w:r>
        <w:t>İmza</w:t>
      </w:r>
      <w:proofErr w:type="spellEnd"/>
    </w:p>
    <w:p w14:paraId="48E39D94" w14:textId="77777777" w:rsidR="00F101FF" w:rsidRDefault="00000000">
      <w:r>
        <w:t>Adı Soyadı: ........................................</w:t>
      </w:r>
    </w:p>
    <w:p w14:paraId="5F21109A" w14:textId="77777777" w:rsidR="00F101FF" w:rsidRDefault="00000000">
      <w:r>
        <w:t>Öğrenci No: ........................................</w:t>
      </w:r>
    </w:p>
    <w:p w14:paraId="1286DBFC" w14:textId="77777777" w:rsidR="00F101FF" w:rsidRDefault="00000000">
      <w:r>
        <w:t>Bölümü: ........................................</w:t>
      </w:r>
    </w:p>
    <w:p w14:paraId="5AB20592" w14:textId="77777777" w:rsidR="00F101FF" w:rsidRDefault="00000000">
      <w:r>
        <w:t>Sınıfı: ........................................</w:t>
      </w:r>
    </w:p>
    <w:p w14:paraId="7A8CA6A0" w14:textId="77777777" w:rsidR="00F101FF" w:rsidRDefault="00000000">
      <w:r>
        <w:t>T.C. Kimlik No: ........................................</w:t>
      </w:r>
    </w:p>
    <w:p w14:paraId="00E13A3F" w14:textId="77777777" w:rsidR="00F101FF" w:rsidRDefault="00000000">
      <w:r>
        <w:t>Telefon: ........................................</w:t>
      </w:r>
    </w:p>
    <w:p w14:paraId="5B842893" w14:textId="77777777" w:rsidR="00F101FF" w:rsidRDefault="00000000">
      <w:r>
        <w:t>E-posta: ........................................</w:t>
      </w:r>
    </w:p>
    <w:p w14:paraId="49901674" w14:textId="77777777" w:rsidR="00CD61ED" w:rsidRDefault="00CD61ED"/>
    <w:p w14:paraId="00C4A78A" w14:textId="4E233456" w:rsidR="00CD61ED" w:rsidRDefault="00CD61ED">
      <w:r>
        <w:t xml:space="preserve">Not: Özel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Kaynaştırma</w:t>
      </w:r>
      <w:proofErr w:type="spellEnd"/>
      <w:r>
        <w:t xml:space="preserve"> </w:t>
      </w:r>
      <w:proofErr w:type="spellStart"/>
      <w:r>
        <w:t>dersini</w:t>
      </w:r>
      <w:proofErr w:type="spellEnd"/>
      <w:r>
        <w:t xml:space="preserve"> </w:t>
      </w:r>
      <w:proofErr w:type="spellStart"/>
      <w:r>
        <w:t>almış</w:t>
      </w:r>
      <w:proofErr w:type="spellEnd"/>
      <w:r>
        <w:t xml:space="preserve"> </w:t>
      </w:r>
      <w:proofErr w:type="spellStart"/>
      <w:r>
        <w:t>olup</w:t>
      </w:r>
      <w:proofErr w:type="spellEnd"/>
      <w:r>
        <w:t xml:space="preserve"> </w:t>
      </w:r>
      <w:proofErr w:type="spellStart"/>
      <w:r>
        <w:t>öğretmenlik</w:t>
      </w:r>
      <w:proofErr w:type="spellEnd"/>
      <w:r>
        <w:t xml:space="preserve"> </w:t>
      </w:r>
      <w:proofErr w:type="spellStart"/>
      <w:r>
        <w:t>uygulamasını</w:t>
      </w:r>
      <w:proofErr w:type="spellEnd"/>
      <w:r>
        <w:t xml:space="preserve"> </w:t>
      </w:r>
      <w:proofErr w:type="spellStart"/>
      <w:r>
        <w:t>özel</w:t>
      </w:r>
      <w:proofErr w:type="spellEnd"/>
      <w:r>
        <w:t xml:space="preserve">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kurumunda</w:t>
      </w:r>
      <w:proofErr w:type="spellEnd"/>
      <w:r>
        <w:t xml:space="preserve"> </w:t>
      </w:r>
      <w:proofErr w:type="spellStart"/>
      <w:r>
        <w:t>yapmak</w:t>
      </w:r>
      <w:proofErr w:type="spellEnd"/>
      <w:r>
        <w:t xml:space="preserve"> </w:t>
      </w:r>
      <w:proofErr w:type="spellStart"/>
      <w:r>
        <w:t>isteyen</w:t>
      </w:r>
      <w:proofErr w:type="spellEnd"/>
      <w:r>
        <w:t xml:space="preserve"> </w:t>
      </w:r>
      <w:proofErr w:type="spellStart"/>
      <w:r>
        <w:t>öğrenciler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ifadeyi</w:t>
      </w:r>
      <w:proofErr w:type="spellEnd"/>
      <w:r>
        <w:t xml:space="preserve"> </w:t>
      </w:r>
      <w:proofErr w:type="spellStart"/>
      <w:r>
        <w:t>ekleyebilir</w:t>
      </w:r>
      <w:proofErr w:type="spellEnd"/>
      <w:r>
        <w:t>:</w:t>
      </w:r>
      <w:r>
        <w:br/>
      </w:r>
      <w:r>
        <w:br/>
        <w:t xml:space="preserve">“Özel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Kaynaştırma</w:t>
      </w:r>
      <w:proofErr w:type="spellEnd"/>
      <w:r>
        <w:t xml:space="preserve"> </w:t>
      </w:r>
      <w:proofErr w:type="spellStart"/>
      <w:r>
        <w:t>dersini</w:t>
      </w:r>
      <w:proofErr w:type="spellEnd"/>
      <w:r>
        <w:t xml:space="preserve"> </w:t>
      </w:r>
      <w:proofErr w:type="spellStart"/>
      <w:r>
        <w:t>almış</w:t>
      </w:r>
      <w:proofErr w:type="spellEnd"/>
      <w:r>
        <w:t xml:space="preserve"> </w:t>
      </w:r>
      <w:proofErr w:type="spellStart"/>
      <w:r>
        <w:t>bulunmaktayım</w:t>
      </w:r>
      <w:proofErr w:type="spellEnd"/>
      <w:r>
        <w:t xml:space="preserve">. </w:t>
      </w:r>
      <w:proofErr w:type="spellStart"/>
      <w:r>
        <w:t>Öğretmenlik</w:t>
      </w:r>
      <w:proofErr w:type="spellEnd"/>
      <w:r>
        <w:t xml:space="preserve"> </w:t>
      </w:r>
      <w:proofErr w:type="spellStart"/>
      <w:r>
        <w:t>uygulamamı</w:t>
      </w:r>
      <w:proofErr w:type="spellEnd"/>
      <w:r>
        <w:t xml:space="preserve"> </w:t>
      </w:r>
      <w:proofErr w:type="spellStart"/>
      <w:r>
        <w:t>özel</w:t>
      </w:r>
      <w:proofErr w:type="spellEnd"/>
      <w:r>
        <w:t xml:space="preserve">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kurumunda</w:t>
      </w:r>
      <w:proofErr w:type="spellEnd"/>
      <w:r>
        <w:t xml:space="preserve"> </w:t>
      </w:r>
      <w:proofErr w:type="spellStart"/>
      <w:r>
        <w:t>yapmak</w:t>
      </w:r>
      <w:proofErr w:type="spellEnd"/>
      <w:r>
        <w:t xml:space="preserve"> </w:t>
      </w:r>
      <w:proofErr w:type="spellStart"/>
      <w:r>
        <w:t>istiyorum</w:t>
      </w:r>
      <w:proofErr w:type="spellEnd"/>
      <w:r>
        <w:t>.”</w:t>
      </w:r>
    </w:p>
    <w:sectPr w:rsidR="00CD61E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3177888">
    <w:abstractNumId w:val="8"/>
  </w:num>
  <w:num w:numId="2" w16cid:durableId="1779256756">
    <w:abstractNumId w:val="6"/>
  </w:num>
  <w:num w:numId="3" w16cid:durableId="1263997574">
    <w:abstractNumId w:val="5"/>
  </w:num>
  <w:num w:numId="4" w16cid:durableId="1443299886">
    <w:abstractNumId w:val="4"/>
  </w:num>
  <w:num w:numId="5" w16cid:durableId="1448819075">
    <w:abstractNumId w:val="7"/>
  </w:num>
  <w:num w:numId="6" w16cid:durableId="364990380">
    <w:abstractNumId w:val="3"/>
  </w:num>
  <w:num w:numId="7" w16cid:durableId="547686378">
    <w:abstractNumId w:val="2"/>
  </w:num>
  <w:num w:numId="8" w16cid:durableId="192109389">
    <w:abstractNumId w:val="1"/>
  </w:num>
  <w:num w:numId="9" w16cid:durableId="224528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B3E2F"/>
    <w:rsid w:val="00AA1D8D"/>
    <w:rsid w:val="00B47730"/>
    <w:rsid w:val="00BD1ADF"/>
    <w:rsid w:val="00CB0664"/>
    <w:rsid w:val="00CD61ED"/>
    <w:rsid w:val="00CE38B5"/>
    <w:rsid w:val="00DE7714"/>
    <w:rsid w:val="00F101F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C458BD"/>
  <w14:defaultImageDpi w14:val="300"/>
  <w15:docId w15:val="{37295B6A-A200-44F6-A482-20636AF08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2026-08-03T11:15:00Z</dcterms:created>
  <dcterms:modified xsi:type="dcterms:W3CDTF">2026-08-03T11:15:00Z</dcterms:modified>
  <cp:category/>
</cp:coreProperties>
</file>